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04.10.2083 - 10.10.2083</w:t>
      </w:r>
    </w:p>
    <w:p>
      <w:pPr>
        <w:spacing w:after="320"/>
        <w:jc w:val="center"/>
      </w:pPr>
      <w:r>
        <w:rPr>
          <w:b/>
        </w:rPr>
        <w:t>С 4 по 10 октября 2083 г.</w:t>
      </w:r>
    </w:p>
    <w:p>
      <w:pPr>
        <w:pStyle w:val="Heading2"/>
      </w:pPr>
      <w:r>
        <w:t>Понедельник, 4 октября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Вторник, 5 октября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Среда, 6 октября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7 октября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Пятница, 8 октября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Суббота, 9 октября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Молебен о сохранении жизни наших воинов, подвизающихся на поле брани.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 | Статус: Отменено</w:t>
      </w:r>
    </w:p>
    <w:p>
      <w:pPr>
        <w:pStyle w:val="Heading2"/>
      </w:pPr>
      <w:r>
        <w:t>Воскресенье, 10 октября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