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25.08.2081 - 31.08.2081</w:t>
      </w:r>
    </w:p>
    <w:p>
      <w:r>
        <w:t>Неделя: 25.08.2081 - 31.08.2081</w:t>
      </w:r>
    </w:p>
    <w:p>
      <w:r>
        <w:t>Сформировано: 05.11.2026 23:18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25.08.2081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26.08.2081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бдение, Освещение хлебов</w:t>
      </w:r>
    </w:p>
    <w:p>
      <w:pPr>
        <w:pStyle w:val="Heading2"/>
      </w:pPr>
      <w:r>
        <w:t>Среда, 27.08.2081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28.08.2081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29.08.2081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Парастас</w:t>
      </w:r>
    </w:p>
    <w:p>
      <w:pPr>
        <w:pStyle w:val="Heading2"/>
      </w:pPr>
      <w:r>
        <w:t>Суббота, 30.08.2081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31.08.2081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