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20.12.2077 - 26.12.2077</w:t>
      </w:r>
    </w:p>
    <w:p>
      <w:r>
        <w:t>Неделя: 20.12.2077 - 26.12.2077</w:t>
      </w:r>
    </w:p>
    <w:p>
      <w:r>
        <w:t>Сформировано: 30.10.2026 14:39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22.12.2077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