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02.08.2077 - 08.08.2077</w:t>
      </w:r>
    </w:p>
    <w:p>
      <w:r>
        <w:t>Неделя: 02.08.2077 - 08.08.2077</w:t>
      </w:r>
    </w:p>
    <w:p>
      <w:r>
        <w:t>Сформировано: 30.10.2026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