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08.03.2077 - 14.03.2077</w:t>
      </w:r>
    </w:p>
    <w:p>
      <w:r>
        <w:t>Неделя: 08.03.2077 - 14.03.2077</w:t>
      </w:r>
    </w:p>
    <w:p>
      <w:r>
        <w:t>Сформировано: 29.10.2026 10:01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