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11.01.2077 - 17.01.2077</w:t>
      </w:r>
    </w:p>
    <w:p>
      <w:r>
        <w:t>Неделя: 11.01.2077 - 17.01.2077</w:t>
      </w:r>
    </w:p>
    <w:p>
      <w:r>
        <w:t>Сформировано: 29.10.2026 04:27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