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28.10.2075 - 03.11.2075</w:t>
      </w:r>
    </w:p>
    <w:p>
      <w:r>
        <w:t>Неделя: 28.10.2075 - 03.11.2075</w:t>
      </w:r>
    </w:p>
    <w:p>
      <w:r>
        <w:t>Сформировано: 27.10.2026 05:36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28.10.2075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29.10.2075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30.10.2075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31.10.2075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