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13.08.2074 - 19.08.2074</w:t>
      </w:r>
    </w:p>
    <w:p>
      <w:r>
        <w:t>Неделя: 13.08.2074 - 19.08.2074</w:t>
      </w:r>
    </w:p>
    <w:p>
      <w:r>
        <w:t>Сформировано: 25.10.2026 08:49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