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31.07.2073 - 06.08.2073</w:t>
      </w:r>
    </w:p>
    <w:p>
      <w:r>
        <w:t>Неделя: 31.07.2073 - 06.08.2073</w:t>
      </w:r>
    </w:p>
    <w:p>
      <w:r>
        <w:t>Сформировано: 23.10.2026 20:20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