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02.11.2071 - 08.11.2071</w:t>
      </w:r>
    </w:p>
    <w:p>
      <w:r>
        <w:t>Неделя: 02.11.2071 - 08.11.2071</w:t>
      </w:r>
    </w:p>
    <w:p>
      <w:r>
        <w:t>Сформировано: 19.10.2026 22:34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04.11.2071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