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22.09.2070 - 28.09.2070</w:t>
      </w:r>
    </w:p>
    <w:p>
      <w:r>
        <w:t>Неделя: 22.09.2070 - 28.09.2070</w:t>
      </w:r>
    </w:p>
    <w:p>
      <w:r>
        <w:t>Сформировано: 18.10.2026 01:33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24.09.2070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