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03.02.2070 - 09.02.2070</w:t>
      </w:r>
    </w:p>
    <w:p>
      <w:r>
        <w:t>Неделя: 03.02.2070 - 09.02.2070</w:t>
      </w:r>
    </w:p>
    <w:p>
      <w:r>
        <w:t>Сформировано: 16.10.2026 23:34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05.02.2070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