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30.12.2069 - 05.01.2070</w:t>
      </w:r>
    </w:p>
    <w:p>
      <w:r>
        <w:t>Неделя: 30.12.2069 - 05.01.2070</w:t>
      </w:r>
    </w:p>
    <w:p>
      <w:r>
        <w:t>Сформировано: 16.10.2026 19:48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01.01.2070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