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27.02.2068 - 04.03.2068</w:t>
      </w:r>
    </w:p>
    <w:p>
      <w:r>
        <w:t>Неделя: 27.02.2068 - 04.03.2068</w:t>
      </w:r>
    </w:p>
    <w:p>
      <w:r>
        <w:t>Сформировано: 13.10.2026 02:39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27.02.2068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28.02.2068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29.02.2068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01.03.2068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02.03.2068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03.03.2068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04.03.2068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