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23.01.2068 - 29.01.2068</w:t>
      </w:r>
    </w:p>
    <w:p>
      <w:r>
        <w:t>Неделя: 23.01.2068 - 29.01.2068</w:t>
      </w:r>
    </w:p>
    <w:p>
      <w:r>
        <w:t>Сформировано: 12.10.2026 22:21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25.01.2068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