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14.07.2064 - 20.07.2064</w:t>
      </w:r>
    </w:p>
    <w:p>
      <w:r>
        <w:t>Неделя: 14.07.2064 - 20.07.2064</w:t>
      </w:r>
    </w:p>
    <w:p>
      <w:r>
        <w:t>Сформировано: 05.10.2026 23:46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16.07.2064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17.07.2064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18.07.2064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19.07.2064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