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24.09.2063 - 30.09.2063</w:t>
      </w:r>
    </w:p>
    <w:p>
      <w:r>
        <w:t>Неделя: 24.09.2063 - 30.09.2063</w:t>
      </w:r>
    </w:p>
    <w:p>
      <w:r>
        <w:t>Сформировано: 04.10.2026 16:16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24.09.2063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25.09.2063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26.09.2063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27.09.2063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28.09.2063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29.09.2063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30.09.2063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