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25.10.2060 - 31.10.2060</w:t>
      </w:r>
    </w:p>
    <w:p>
      <w:r>
        <w:t>Неделя: 25.10.2060 - 31.10.2060</w:t>
      </w:r>
    </w:p>
    <w:p>
      <w:r>
        <w:t>Сформировано: 28.09.2026 13:06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28.10.2060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30.10.2060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