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12.04.2060 - 18.04.2060</w:t>
      </w:r>
    </w:p>
    <w:p>
      <w:r>
        <w:t>Неделя: 12.04.2060 - 18.04.2060</w:t>
      </w:r>
    </w:p>
    <w:p>
      <w:r>
        <w:t>Сформировано: 27.09.2026 14:17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15.04.2060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17.04.2060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