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15.09.2059 - 21.09.2059</w:t>
      </w:r>
    </w:p>
    <w:p>
      <w:r>
        <w:t>Неделя: 15.09.2059 - 21.09.2059</w:t>
      </w:r>
    </w:p>
    <w:p>
      <w:r>
        <w:t>Сформировано: 25.09.2026 16:52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18.09.2059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20.09.2059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