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26.05.2059 - 01.06.2059</w:t>
      </w:r>
    </w:p>
    <w:p>
      <w:r>
        <w:t>Неделя: 26.05.2059 - 01.06.2059</w:t>
      </w:r>
    </w:p>
    <w:p>
      <w:r>
        <w:t>Сформировано: 25.09.2026 08:14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29.05.2059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