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18.02.2058 - 24.02.2058</w:t>
      </w:r>
    </w:p>
    <w:p>
      <w:r>
        <w:t>Неделя: 18.02.2058 - 24.02.2058</w:t>
      </w:r>
    </w:p>
    <w:p>
      <w:r>
        <w:t>Сформировано: 22.09.2026 23:55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