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31.12.2057 - 06.01.2058</w:t>
      </w:r>
    </w:p>
    <w:p>
      <w:r>
        <w:t>Неделя: 31.12.2057 - 06.01.2058</w:t>
      </w:r>
    </w:p>
    <w:p>
      <w:r>
        <w:t>Сформировано: 22.09.2026 18:04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