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21.05.2057 - 27.05.2057</w:t>
      </w:r>
    </w:p>
    <w:p>
      <w:r>
        <w:t>Неделя: 21.05.2057 - 27.05.2057</w:t>
      </w:r>
    </w:p>
    <w:p>
      <w:r>
        <w:t>Сформировано: 21.09.2026 16:55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26.05.2057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