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20.11.2056 - 26.11.2056</w:t>
      </w:r>
    </w:p>
    <w:p>
      <w:r>
        <w:t>Неделя: 20.11.2056 - 26.11.2056</w:t>
      </w:r>
    </w:p>
    <w:p>
      <w:r>
        <w:t>Сформировано: 20.09.2026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21.11.2056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24.11.2056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