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31.01.2056 - 06.02.2056</w:t>
      </w:r>
    </w:p>
    <w:p>
      <w:r>
        <w:t>Неделя: 31.01.2056 - 06.02.2056</w:t>
      </w:r>
    </w:p>
    <w:p>
      <w:r>
        <w:t>Сформировано: 18.09.2026 19:54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31.01.2056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01.02.2056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02.02.2056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03.02.2056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04.02.2056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05.02.2056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06.02.2056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