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27.12.2055 - 02.01.2056</w:t>
      </w:r>
    </w:p>
    <w:p>
      <w:r>
        <w:t>Неделя: 27.12.2055 - 02.01.2056</w:t>
      </w:r>
    </w:p>
    <w:p>
      <w:r>
        <w:t>Сформировано: 18.09.2026 15:50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28.12.2055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30.12.2055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31.12.2055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