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23.08.2055 - 29.08.2055</w:t>
      </w:r>
    </w:p>
    <w:p>
      <w:r>
        <w:t>Неделя: 23.08.2055 - 29.08.2055</w:t>
      </w:r>
    </w:p>
    <w:p>
      <w:r>
        <w:t>Сформировано: 17.09.2026 23:55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24.08.2055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26.08.2055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28.08.2055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