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09.08.2055 - 15.08.2055</w:t>
      </w:r>
    </w:p>
    <w:p>
      <w:r>
        <w:t>Неделя: 09.08.2055 - 15.08.2055</w:t>
      </w:r>
    </w:p>
    <w:p>
      <w:r>
        <w:t>Сформировано: 17.09.2026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10.08.2055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