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20.10.2053 - 26.10.2053</w:t>
      </w:r>
    </w:p>
    <w:p>
      <w:r>
        <w:t>Неделя: 20.10.2053 - 26.10.2053</w:t>
      </w:r>
    </w:p>
    <w:p>
      <w:r>
        <w:t>Сформировано: 13.09.2026 21:31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