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31.03.2053 - 06.04.2053</w:t>
      </w:r>
    </w:p>
    <w:p>
      <w:r>
        <w:t>Неделя: 31.03.2053 - 06.04.2053</w:t>
      </w:r>
    </w:p>
    <w:p>
      <w:r>
        <w:t>Сформировано: 12.09.2026 01:53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31.03.2053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01.04.2053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02.04.2053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03.04.2053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04.04.2053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05.04.2053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06.04.2053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