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11.03.2047 - 17.03.2047</w:t>
      </w:r>
    </w:p>
    <w:p>
      <w:r>
        <w:t>Неделя: 11.03.2047 - 17.03.2047</w:t>
      </w:r>
    </w:p>
    <w:p>
      <w:r>
        <w:t>Сформировано: 02.09.2026 12:47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