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23.05.2044 - 29.05.2044</w:t>
      </w:r>
    </w:p>
    <w:p>
      <w:r>
        <w:t>Неделя: 23.05.2044 - 29.05.2044</w:t>
      </w:r>
    </w:p>
    <w:p>
      <w:r>
        <w:t>Сформировано: 29.08.2026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27.05.2044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