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08.02.2044 - 14.02.2044</w:t>
      </w:r>
    </w:p>
    <w:p>
      <w:r>
        <w:t>Неделя: 08.02.2044 - 14.02.2044</w:t>
      </w:r>
    </w:p>
    <w:p>
      <w:r>
        <w:t>Сформировано: 28.08.2026 21:04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08.02.2044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09.02.2044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10.02.2044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11.02.2044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Пятница, 12.02.2044</w:t>
      </w:r>
    </w:p>
    <w:p>
      <w:r>
        <w:t>Пятница</w:t>
      </w:r>
    </w:p>
    <w:p>
      <w:r>
        <w:t>06:30 — Божественная литургия. Лития.</w:t>
      </w:r>
    </w:p>
    <w:p>
      <w:r>
        <w:t>08:30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13.02.2044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14.02.2044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