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16.03.2043 - 22.03.2043</w:t>
      </w:r>
    </w:p>
    <w:p>
      <w:r>
        <w:t>Неделя: 16.03.2043 - 22.03.2043</w:t>
      </w:r>
    </w:p>
    <w:p>
      <w:r>
        <w:t>Сформировано: 27.08.2026 11:01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20.03.2043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