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07.04.2042 - 13.04.2042</w:t>
      </w:r>
    </w:p>
    <w:p>
      <w:pPr>
        <w:spacing w:after="320"/>
        <w:jc w:val="center"/>
      </w:pPr>
      <w:r>
        <w:rPr>
          <w:b/>
        </w:rPr>
        <w:t>С 7 по 13 апреля 2042 г.</w:t>
      </w:r>
    </w:p>
    <w:p>
      <w:pPr>
        <w:pStyle w:val="Heading2"/>
      </w:pPr>
      <w:r>
        <w:t>Понедельник, 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