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27.08.2040 - 02.09.2040</w:t>
      </w:r>
    </w:p>
    <w:p>
      <w:r>
        <w:t>Неделя: 27.08.2040 - 02.09.2040</w:t>
      </w:r>
    </w:p>
    <w:p>
      <w:r>
        <w:t>Сформировано: 22.08.2026 06:46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31.08.2040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