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19.12.2039 - 25.12.2039</w:t>
      </w:r>
    </w:p>
    <w:p>
      <w:r>
        <w:t>Неделя: 19.12.2039 - 25.12.2039</w:t>
      </w:r>
    </w:p>
    <w:p>
      <w:r>
        <w:t>Сформировано: 21.08.2026 01:34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