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16.01.2034 - 22.01.2034</w:t>
      </w:r>
    </w:p>
    <w:p>
      <w:r>
        <w:t>Неделя: 16.01.2034 - 22.01.2034</w:t>
      </w:r>
    </w:p>
    <w:p>
      <w:r>
        <w:t>Сформировано: 05.11.2026 13:17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20.01.2034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21.01.2034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