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26.12.2033 - 01.01.2034</w:t>
      </w:r>
    </w:p>
    <w:p>
      <w:r>
        <w:t>Неделя: 26.12.2033 - 01.01.2034</w:t>
      </w:r>
    </w:p>
    <w:p>
      <w:r>
        <w:t>Сформировано: 10.08.2026 08:00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28.12.2033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29.12.2033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31.12.2033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01.01.2034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