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15.11.2032 - 21.11.2032</w:t>
      </w:r>
    </w:p>
    <w:p>
      <w:r>
        <w:t>Неделя: 15.11.2032 - 21.11.2032</w:t>
      </w:r>
    </w:p>
    <w:p>
      <w:r>
        <w:t>Сформировано: 08.08.2026 07:00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