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27.09.2032 - 03.10.2032</w:t>
      </w:r>
    </w:p>
    <w:p>
      <w:r>
        <w:t>Неделя: 27.09.2032 - 03.10.2032</w:t>
      </w:r>
    </w:p>
    <w:p>
      <w:r>
        <w:t>Сформировано: 04.11.2026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