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19.01.2032 - 25.01.2032</w:t>
      </w:r>
    </w:p>
    <w:p>
      <w:r>
        <w:t>Неделя: 19.01.2032 - 25.01.2032</w:t>
      </w:r>
    </w:p>
    <w:p>
      <w:r>
        <w:t>Сформировано: 03.11.2026 14:47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21.01.2032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25.01.2032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