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30.12.2030 - 05.01.2031</w:t>
      </w:r>
    </w:p>
    <w:p>
      <w:r>
        <w:t>Неделя: 30.12.2030 - 05.01.2031</w:t>
      </w:r>
    </w:p>
    <w:p>
      <w:r>
        <w:t>Сформировано: 01.11.2026 14:56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