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31.12.2029 - 06.01.2030</w:t>
      </w:r>
    </w:p>
    <w:p>
      <w:r>
        <w:t>Неделя: 31.12.2029 - 06.01.2030</w:t>
      </w:r>
    </w:p>
    <w:p>
      <w:r>
        <w:t>Сформировано: 30.10.2026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