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12.02.2029 - 18.02.2029</w:t>
      </w:r>
    </w:p>
    <w:p>
      <w:r>
        <w:t>Неделя: 12.02.2029 - 18.02.2029</w:t>
      </w:r>
    </w:p>
    <w:p>
      <w:r>
        <w:t>Сформировано: 28.10.2026 06:38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14.02.2029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