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31.01.2028 - 06.02.2028</w:t>
      </w:r>
    </w:p>
    <w:p>
      <w:r>
        <w:t>Неделя: 31.01.2028 - 06.02.2028</w:t>
      </w:r>
    </w:p>
    <w:p>
      <w:r>
        <w:t>Сформировано: 28.07.2026 19:38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05.02.2028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